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AI Training</w:t>
        <w:br/>
        <w:t>Records</w:t>
      </w:r>
    </w:p>
    <w:p>
      <w:pPr>
        <w:jc w:val="center"/>
      </w:pPr>
      <w:r>
        <w:rPr>
          <w:color w:val="666666"/>
          <w:sz w:val="28"/>
        </w:rPr>
        <w:t>Article 4 EU AI Act Compliance Evidence</w:t>
        <w:br/>
        <w:t>Employee Training Documentation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1. Purpose</w:t>
      </w:r>
    </w:p>
    <w:p>
      <w:r>
        <w:t>This template helps organizations document AI literacy training records as required by Article 4 of the EU AI Act. Maintaining accurate records demonstrates compliance and supports regulatory audits.</w:t>
      </w:r>
    </w:p>
    <w:p>
      <w:pPr>
        <w:pStyle w:val="Heading1"/>
      </w:pPr>
      <w:r>
        <w:t>2. Organization Training Overview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Organization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Total Employees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Employees Requiring AI Training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 Completion Rate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Responsible Officer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3. Individual Training Records</w:t>
      </w:r>
    </w:p>
    <w:p>
      <w:r>
        <w:t>Complete one record per employee. Keep records for the duration of employment plus 5 years.</w:t>
      </w:r>
    </w:p>
    <w:p>
      <w:pPr>
        <w:pStyle w:val="Heading2"/>
      </w:pPr>
      <w:r>
        <w:t>Employee 1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Full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Employee ID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Department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Role / Function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Required Competency Level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Awareness  ☐ Practitioner  ☐ Expert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 Module(s) Completed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Completion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Assessment Score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Pass / Fail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Pass  ☐ Fail  ☐ Pending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Certificate Issued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Yes  ☐ No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Next Renewal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Trainer / Provider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Notes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Employee 2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Full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Employee ID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Department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Role / Function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Required Competency Level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Awareness  ☐ Practitioner  ☐ Expert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 Module(s) Completed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Completion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Assessment Score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Pass / Fail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Pass  ☐ Fail  ☐ Pending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Certificate Issued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Yes  ☐ No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Next Renewal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Trainer / Provider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Notes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Employee 3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Full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Employee ID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Department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Role / Function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Required Competency Level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Awareness  ☐ Practitioner  ☐ Expert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 Module(s) Completed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Completion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Assessment Score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Pass / Fail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Pass  ☐ Fail  ☐ Pending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Certificate Issued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Yes  ☐ No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Next Renewal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Trainer / Provider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Notes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Employee 4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Full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Employee ID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Department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Role / Function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Required Competency Level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Awareness  ☐ Practitioner  ☐ Expert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 Module(s) Completed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Completion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Assessment Score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Pass / Fail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Pass  ☐ Fail  ☐ Pending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Certificate Issued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Yes  ☐ No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Next Renewal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Trainer / Provider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Notes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Employee 5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Full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Employee ID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Department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Role / Function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Required Competency Level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Awareness  ☐ Practitioner  ☐ Expert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 Module(s) Completed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Completion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Assessment Score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Pass / Fail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Pass  ☐ Fail  ☐ Pending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Certificate Issued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☐ Yes  ☐ No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Next Renewal Date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Trainer / Provider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Notes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4. Training Summary by Department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Department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Total Staff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Trained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% Complete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Avg Score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Next Deadline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TOTAL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t>5. Non-Compliance Register</w:t>
      </w:r>
    </w:p>
    <w:p>
      <w:r>
        <w:t>Track employees who have not completed required training within deadlines.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Name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Department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Required Level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Deadline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Status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Action Taken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  <w:tc>
          <w:tcPr>
            <w:tcW w:type="dxa" w:w="144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t>6. Audit Trail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Date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Action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Performed By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Notes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Training records created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Quarterly review completed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Annual audit completed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training-records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Bepaal teamgaps per rol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Start de AI Act quickscan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ai-training-records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ai-training-records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learnwize.ai/nl/assessment?utm_source=template&amp;utm_medium=docx&amp;utm_campaign=ai-training-records&amp;utm_content=learnwize_assessment" TargetMode="External"/><Relationship Id="rId17" Type="http://schemas.openxmlformats.org/officeDocument/2006/relationships/hyperlink" Target="https://embedai.nl/nl/tools/ai-readiness-quickscan?utm_source=template&amp;utm_medium=docx&amp;utm_campaign=ai-training-records&amp;utm_content=embed_ai_quickscan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